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Wine and whiskey tasting event captivates attendees at The Klein Memorial Auditorium</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On 27 February, Kindred Spirits &amp; Wine organised an extensive wine and whiskey tasting event at The Klein Memorial Auditorium, showcasing a diverse collection of over 50 premium wines and whiskeys. The event, titled Wine at the Klein (and Whiskey Too!), took place on the venue’s storied auditorium stage, where attendees had the opportunity to engage with supplier and distributor representatives who poured selections from a curated collection of beverages.</w:t>
      </w:r>
    </w:p>
    <w:p>
      <w:r>
        <w:t>The evening was designed to facilitate interaction and education, allowing guests to learn about various brands while enjoying light appetizers thoughtfully paired with their drinks. This format provided a unique opportunity for attendees to enhance their understanding of wine and whiskey selections, expanding their knowledge in a convivial atmosphere.</w:t>
      </w:r>
    </w:p>
    <w:p>
      <w:r>
        <w:t>Notably, ticket proceeds from the event were allocated to The Klein Memorial Auditorium Foundation, a non-profit dedicated to the preservation of the 80-year-old performing arts centre. This initiative aims to ensure that the venue continues to host cultural and entertainment events for the community, thereby enriching local arts and culture.</w:t>
      </w:r>
    </w:p>
    <w:p>
      <w:r>
        <w:t xml:space="preserve">The successful turnout and the vibrant engagement at the event reflect an expanding market for experiential tastings, which could be a valuable insight for alcoholic drinks brands. Partnering with local events or historical venues enhances brand visibility and encourages consumer interaction, ultimately fostering loyalty and enhancing brand reputation in a competitive landscape. </w:t>
      </w:r>
    </w:p>
    <w:p>
      <w:r>
        <w:t>As the industry continues to evolve, events like this highlight the importance of consumer education and community involvement, which align with emerging trends focused on personalised experiences in the beverage sector.</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https://donyc.com/events/2025/2/27/wine-at-the-klein-whiskey-too-tickets</w:t>
        </w:r>
      </w:hyperlink>
      <w:r>
        <w:t xml:space="preserve"> - This URL confirms the event details, including the wine and whiskey tasting at The Klein Memorial Auditorium, featuring over 50 drinks and benefiting the Klein Memorial Auditorium Foundation.</w:t>
      </w:r>
    </w:p>
    <w:p>
      <w:pPr>
        <w:pStyle w:val="ListBullet"/>
      </w:pPr>
      <w:hyperlink r:id="rId12">
        <w:r>
          <w:rPr>
            <w:u w:val="single"/>
            <w:color w:val="0000FF"/>
            <w:rStyle w:val="Hyperlink"/>
          </w:rPr>
          <w:t>https://patch.com/connecticut/fairfield/calendar/event/20250227/08885937-822c-478e-a1bb-8173682bc04d/wine-at-the-klein-and-whiskey-too</w:t>
        </w:r>
      </w:hyperlink>
      <w:r>
        <w:t xml:space="preserve"> - This URL verifies the event's objectives and features, such as the inclusion of appetizers, the benefit to the Klein Memorial Auditorium Foundation, and the requirement for attendees to be 21+.</w:t>
      </w:r>
    </w:p>
    <w:p>
      <w:pPr>
        <w:pStyle w:val="ListBullet"/>
      </w:pPr>
      <w:hyperlink r:id="rId13">
        <w:r>
          <w:rPr>
            <w:u w:val="single"/>
            <w:color w:val="0000FF"/>
            <w:rStyle w:val="Hyperlink"/>
          </w:rPr>
          <w:t>https://www.thebeveragejournal.com/kindred-spirits-wine-hosts-bridgeport-tasting-fundraiser/</w:t>
        </w:r>
      </w:hyperlink>
      <w:r>
        <w:t xml:space="preserve"> - This source supports the claims about Kindred Spirits &amp; Wine hosting the event and highlights the educational and community aspects of the wine and whiskey tasting.</w:t>
      </w:r>
    </w:p>
    <w:p>
      <w:pPr>
        <w:pStyle w:val="ListBullet"/>
      </w:pPr>
      <w:hyperlink r:id="rId14">
        <w:r>
          <w:rPr>
            <w:u w:val="single"/>
            <w:color w:val="0000FF"/>
            <w:rStyle w:val="Hyperlink"/>
          </w:rPr>
          <w:t>https://www.kleinmemorial.org/</w:t>
        </w:r>
      </w:hyperlink>
      <w:r>
        <w:t xml:space="preserve"> - This website would provide additional information about The Klein Memorial Auditorium and its non-profit foundation, which receives the event's proceeds.</w:t>
      </w:r>
    </w:p>
    <w:p>
      <w:pPr>
        <w:pStyle w:val="ListBullet"/>
      </w:pPr>
      <w:hyperlink r:id="rId15">
        <w:r>
          <w:rPr>
            <w:u w:val="single"/>
            <w:color w:val="0000FF"/>
            <w:rStyle w:val="Hyperlink"/>
          </w:rPr>
          <w:t>https://www.kindredspiritsandwine.com/</w:t>
        </w:r>
      </w:hyperlink>
      <w:r>
        <w:t xml:space="preserve"> - This URL could offer insights into Kindred Spirits &amp; Wine's involvement in hosting events and their stores in Fairfield, Westport, Monroe, &amp; Shelton.</w:t>
      </w:r>
    </w:p>
    <w:p>
      <w:pPr>
        <w:pStyle w:val="ListBullet"/>
      </w:pPr>
      <w:hyperlink r:id="rId10">
        <w:r>
          <w:rPr>
            <w:u w:val="single"/>
            <w:color w:val="0000FF"/>
            <w:rStyle w:val="Hyperlink"/>
          </w:rPr>
          <w:t>https://www.noahwire.com</w:t>
        </w:r>
      </w:hyperlink>
      <w:r>
        <w:t xml:space="preserve"> - This source might provide background on the Noah Wire Services, which could be related to reporting on events like Wine at the Klein (and Whiskey too!).</w:t>
      </w:r>
    </w:p>
    <w:p>
      <w:pPr>
        <w:pStyle w:val="ListBullet"/>
      </w:pPr>
      <w:hyperlink r:id="rId13">
        <w:r>
          <w:rPr>
            <w:u w:val="single"/>
            <w:color w:val="0000FF"/>
            <w:rStyle w:val="Hyperlink"/>
          </w:rPr>
          <w:t>https://www.thebeveragejournal.com/kindred-spirits-wine-hosts-bridgeport-tasting-fundraiser/</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donyc.com/events/2025/2/27/wine-at-the-klein-whiskey-too-tickets" TargetMode="External"/><Relationship Id="rId12" Type="http://schemas.openxmlformats.org/officeDocument/2006/relationships/hyperlink" Target="https://patch.com/connecticut/fairfield/calendar/event/20250227/08885937-822c-478e-a1bb-8173682bc04d/wine-at-the-klein-and-whiskey-too" TargetMode="External"/><Relationship Id="rId13" Type="http://schemas.openxmlformats.org/officeDocument/2006/relationships/hyperlink" Target="https://www.thebeveragejournal.com/kindred-spirits-wine-hosts-bridgeport-tasting-fundraiser/" TargetMode="External"/><Relationship Id="rId14" Type="http://schemas.openxmlformats.org/officeDocument/2006/relationships/hyperlink" Target="https://www.kleinmemorial.org/" TargetMode="External"/><Relationship Id="rId15" Type="http://schemas.openxmlformats.org/officeDocument/2006/relationships/hyperlink" Target="https://www.kindredspiritsandw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